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מגילון חי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מגילון חי: בונים מאגר כיתתי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חמשת סוגי התוכן שאפשר לארגן במאגר כיתתי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סיווג, חיפוש וסינון מידע בצורה מסודרת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ומונחים בתחומי לשון, חוסן וקליטת עולים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לתכנן פרויקט כיתתי קצר משלב רעיון ועד הצגה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ספרייה כיתתית: סיווג וארגון ספרים – הכרת הכלי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14 פריטים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כל התשובות נכונות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ספרייה כיתתית: סיווג וארגון ספרים – עובדות בסיס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המגילון מאפשר חיפוש וסינון של כל הפריטים שבו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המגילון נשמר בדפדפן בלבד, ללא שרת או התחברות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ספרייה כיתתית: סיווג וארגון ספרים – השלמת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מועדפים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ספרייה כיתתית: סיווג וארגון ספרים – התאמת שדות סיווג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(לדוגמה: הארי פוטר)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(לדוגמה: ג'יי קיי רולינג)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(לדוגמה: פנטזיה)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(לדוגמה: י-15)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מילון מילים חדשות לעולים – הכרות עם הכלי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15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לעזור לעולים חדשים ללמוד מילים בעברית עם הסבר ומשפט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מילון מילים חדשות לעולים – בדיקת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קל יותר להבין ולזכור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המילון הוא כלי כיתתי שהתלמידים מחפשים בו ומשתמשים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מילון מילים חדשות לעולים – התאמה ומילוי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(מקום שבו לומדים עברית)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(כמה זמן מישהו גר במקום)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(גוף שעוזר לאזרחים בכסף ובזכויות)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(הגוף שמנהל את העיר)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מילון מילים חדשות לעולים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לדוגמה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ארגז כלים לחוסן – היכרות עם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(היכולת להתמודד עם קשיים ולחזור לתפקוד)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(היכולת לראות מצב מכמה זוויות ולשנות דרך חשיבה)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(היכולת לזהות רגש ולהרגיע את עצמו)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(עזרה ועידוד מחברים או מבני המשפחה)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ארגז כלים לחוסן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נשימה איטית מאטה את הדופק ומסייעת בוויסות רגשי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ארגז כלים לחוסן – חושבים ומיישמים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מצב ריאלי והסבר כיצד בוחרים פתרון מעשי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חיובי ותומך, לדוגמה אני יכול או יכולה ללמוד מהטעות ולהשתפר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מונחי לשון ותחביר – הכרת מונחים בסיסיים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(מי או מה שעליו מספרים במשפט)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(מה שמספרים על הנושא, לרוב פועל)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(מילה שמציינת אדם, חיה, חפץ או מושג)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(מילה שמתארת שם עצם)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מונחי לשון ותחביר – זיהוי בתוך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הילדה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מונחי לשון ותחביר – השלמת מונחים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תואר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מונחי לשון ותחביר – נכון או לא 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פרויקטים בכיתה: תכנון ושיתוף – שלבי תכנון בסיסיים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הגדרת מטרה ברורה לפרויקט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כדי שכל אחד יתרום לפי היכולת שלו וכולם יהיו שותפים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פרויקטים בכיתה: תכנון ושיתוף – בדיקת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לוח זמנים קובע תאריכי יעד לכל שלב בעבודה, כך שהקבוצה לא מפספסת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בלי מטרה ברורה קשה לדעת מה בדיוק רוצים להשיג ואיך לבדוק שהצליחו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פרויקטים בכיתה: תכנון ושיתוף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תפקיד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פרויקטים בכיתה: תכנון ושיתוף – התאמת 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(לקבוע מה רוצים להשיג בפרויקט)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(להחליט מי אחראי על כל חלק בעבודה)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(לקבוע מתי כל שלב צריך להיות מוכן)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(להציג את העבודה לכיתה או לשלוח קישור לצפייה)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חיפוש, סינון ומיון מידע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לחפש, לסנן, להגריל ולשמור כמועדפים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שהפריט הוא מועדף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14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צריכה להראות הבנה שסיווג הוא ארגון קבוע לפי קטגוריה, וסינון הוא בחירה זמנית לפי תנאי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שההסברים ברורים, קצרים ונכונים, והמשפט מדגים שימוש נכון במילה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שיש מטרה ברורה, לפחות שלוש משימות וסדר הגיוני ביניהן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לשלושה מפגשים: פרקים 1-2, פרקים 3-4, פרקים 5-6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לתת רשימת מילים או מונחים מוכנה לבחירה במקום כתיבה חופשית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משימה של יצירת קטגוריה חדשה משלהם עם חמישה פריטים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כל פרק בשיתוף בכיתה של דוגמה אחת שכל תלמיד/ה כתב/ה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מגילון חי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מגילון חי: בונים מאגר כיתתי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שישה פרקים, כל אחד מתמקד בסוג תוכן אחר שאפשר לארגן במאגר כיתתי. עברו על הפרקים לפי הסדר, מלאו את התרגילים בכתב, והשתדלו לתת דוגמאות משלכם בכל פרק.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תפקיד  ·  תואר  ·  מטרה  ·  משפט  ·  מועדפים  ·  משפט לדוגמה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ספרייה כיתתית: סיווג וארגון ספרים – הכרת הכלי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פריטים יש בדוגמת הספרייה הכיתתית באתר מגילון חי?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10 פריטים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14 פריטים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20 פריטים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אילו פעולות אפשר לבצע עם הספרים במגילון?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לחפש פריט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להגריל פריט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כל התשובות נכונות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ספרייה כיתתית: סיווג וארגון ספרים – עובדות בסיס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לחפש ולסנן פריטים בספרייה הכיתתית במגילון.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כדי שהספרייה תעבוד חייבים שרת מיוחד ברשת.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ספרייה כיתתית: סיווג וארגון ספרים – השלמת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בספרייה הכיתתית אפשר לשמור ספרים אהובים בעזרת סימון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1 · ספרייה כיתתית: סיווג וארגון ספרים – התאמת שדות סיווג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שם הספר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לדוגמה: י-15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מחבר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לדוגמה: פנטזיה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נושא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לדוגמה: הארי פוטר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גיל קוראים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לדוגמה: ג'יי קיי רולינג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מילון מילים חדשות לעולים – הכרות עם הכלי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פריטים לדוגמה מופיעים במילון המילים החדשות לעולים?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המטרה של מילון המילים החדשות לעולים במגילון?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לתרגם מילים לאנגלית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לעזור לעולים חדשים ללמוד מילים בעברית עם הסבר ומשפט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לבדוק ציונים בלשון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מילון מילים חדשות לעולים – בדיקת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לכל מילה במילון כדאי לכתוב גם הסבר קצר וגם משפט לדוגמה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המילון מיועד רק למורים ואסור לתלמידים להשתמש בו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מילון מילים חדשות לעולים – התאמה ומילוי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אולפן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גוף שעוזר לאזרחים בכסף ובזכויות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ותק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הגוף שמנהל את העיר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ביטוח לאומי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מקום שבו לומדים עברית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עירייה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כמה זמן מישהו גר במקום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2 · מילון מילים חדשות לעולים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כדי לזכור מילה חדשה טוב לכתוב לה הסבר קצר ולהשתמש בה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מילה חדשה שלומדים כדאי לרשום יחד עם הסבר ו__________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ארגז כלים לחוסן – היכרות עם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חוסן נפשי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היכולת לזהות רגש ולהרגיע את עצמו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גמישות מחשבתית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היכולת להתמודד עם קשיים ולחזור לתפקוד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ויסות רגשי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עזרה ועידוד מחברים או מבני המשפחה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תמיכה חברתית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היכולת לראות מצב מכמה זוויות ולשנות דרך חשיבה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ארגז כלים לחוסן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נשימה עמוקה יכולה לעזור להירגע לפני מבחן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3 · ארגז כלים לחוסן – חושבים ומיישמים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תארו מצב יומיומי בבית הספר שבו אפשר להשתמש בכלי פתרון בעיות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כתבו משפט עידוד עצמי שיכול לשמש כלי לחוסן נפשי במצב של כישלון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מונחי לשון ותחביר – הכרת מונחים בסיסיים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נושא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מה שמספרים על הנושא, לרוב פועל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נשוא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מילה שמתארת שם עצם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שם עצם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מי או מה שעליו מספרים במשפט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שם תואר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מילה שמציינת אדם, חיה, חפץ או מושג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מונחי לשון ותחביר – זיהוי בתוך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את הנושא במשפט: הילדה קראה ספר מעניין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הילדה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קראה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מהמילים הבאות היא מילת יחס?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יפה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מונחי לשון ותחביר – השלמת מונחים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מילה שמתארת שם עצם נקראת שם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4 · מונחי לשון ותחביר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פרויקטים בכיתה: תכנון ושיתוף – שלבי תכנון בסיסיים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השלב הראשון בתכנון פרויקט כיתתי?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הגדרת מטרה ברורה לפרויקט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חלוקת ציונים בין התלמידים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בחירת צבע לכרזה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למה חשוב לחלק משימות בין חברי הקבוצה בפרויקט?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כדי שכל אחד יתרום לפי היכולת שלו וכולם יהיו שותפים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כדי שרק תלמיד אחד יעבוד על הכול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כדי לסיים מהר בלי לבדוק את העבודה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פרויקטים בכיתה: תכנון ושיתוף – בדיקת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לוח זמנים בפרויקט עוזר לדעת מתי צריך לסיים כל משימה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לתכנן פרויקט כיתתי בלי להגדיר מטרה, כי זה לא ממש משנה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5 · פרויקטים בכיתה: תכנון ושיתוף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לפני שמתחילים לעבוד על פרויקט כדאי להגדיר __________ ברורה שתנחה את כל הקבוצה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כדי שכולם בקבוצה ידעו למה הם אחראים, רושמים לכל חבר __________ מוגדר בפרויקט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5 · פרויקטים בכיתה: תכנון ושיתוף – התאמת 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הגדרת מטרה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להחליט מי אחראי על כל חלק בעבודה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חלוקת משימות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לקבוע מתי כל שלב צריך להיות מוכן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לוח זמנים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להציג את העבודה לכיתה או לשלוח קישור לצפייה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שיתוף התוצר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לקבוע מה רוצים להשיג בפרויקט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20  חלק כ׳ – פרק 6 · חיפוש, סינון ומיון מידע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אפשר לעשות עם פריטים במגילון חי?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לקרוא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לחפש, לסנן, להגריל ולשמור כמועדפים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למחוק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מסמן הכוכב ⭐ ליד פריט?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שהפריט נמחק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שהפריט הוא מועדף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שהפריט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כמה פריטי לדוגמה יש בתבנית הספרייה הכיתתית?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14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יודע/ת להסביר מה ההבדל בין סיווג לסינון?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יכול/ה לכתוב שלוש מילים חדשות עם הסבר קצר לכל אחת?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מגילון חי: בונים מאגר כיתתי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