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חי: בונים מאגר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סוגי התוכן שאפשר לארגן במאגר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סיווג, חיפוש וסינון מידע בצורה 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ומונחים בתחומי לשון, חוסן וקליטת 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פרויקט כיתתי קצר משלב רעיון ועד הצגה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ספרייה כיתתית: סיווג וארגון ספרים – הכרת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14 פריטים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כל התשובות נכונות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ספרייה כיתתית: סיווג וארגון ספרים – עובדות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המגילון מאפשר חיפוש וסינון של כל הפריטים 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המגילון נשמר בדפדפן בלבד, ללא שרת או התחברות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ספרייה כיתתית: סיווג וארגון ספרים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מועדפים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ספרייה כיתתית: סיווג וארגון ספרים – התאמת שדות סיווג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(לדוגמה: הארי פוטר)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(לדוגמה: ג'יי קיי רולינג)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(לדוגמה: פנטזיה)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(לדוגמה: י-15)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(לדוגמה: ספרות מתורגמת)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מילון מילים חדשות לעולים – הכרות עם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לעזור לעולים חדשים ללמוד מילים בעברית עם הסבר ומשפט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מילון מילים חדשות לעולים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קל יותר להבין ולזכור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המילון הוא כלי כיתתי שהתלמידים מחפשים בו ומשתמשים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מילון מילים חדשות לעולים – התאמה ומילוי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שבו לומדים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(כמה זמן מישהו גר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(גוף שעוזר לאזרחים בכסף ובזכויות)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(הגוף שמנהל את העיר)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מילון מילים חדשות לעולים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לדוגמה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ארגז כלים לחוסן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(היכולת להתמודד עם קשיים ולחזור לתפקוד)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(היכולת לראות מצב מכמה זוויות ולשנות דרך חשיבה)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(היכולת לזהות רגש ולהרגיע את 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(עזרה ועידוד מחברים או מבני המשפחה)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(חיפוש פתרונות מעשיים למצב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(תכונות וכישורים שעוזרים להתמודד)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ארגז כלים לחוסן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נשימה איטית מאטה את הדופק ומסייעת בוויסות רגשי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גמישות מחשבתית היא היכולת לשנות נקודת מבט ולהתאים את החשיבה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תמיכה חברתית היא אחד הכלים המרכזיים בארגז הכלים לחוסן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חוסן נפשי הוא היכולת להתמודד עם קושי, לא להיעלם ממנו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ארגז כלים לחוסן – חושבים ומיישמים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ריאלי והסבר כיצד בוחרים פתרון מעשי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הגיוני המחבר בין שני מושגים, לדוגמה ויסות רגשי וגמישות מחשבתית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חיובי ותומך, לדוגמה אני יכול או יכולה ללמוד מהטעות ולהשתפר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הסבר שמדגיש נגישות, שימוש מהיר ומציאת הכלי המתאים לרגע הנכון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מונחי לשון ותחביר – הכרת מונחים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 או מה שעליו מספרים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 שמספרים על הנושא, לרוב 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(מילה שמציינת אדם, חיה, חפץ או מושג)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שמתארת 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(מילה שמחברת בין מילים במשפט, כגון על, עם, 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מונחי לשון ותחביר – זיהוי בתוך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מונחי לשון ותחביר – השלמת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מונחי לשון ותחביר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תפוח הוא מושא; הנושא הוא הילד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פרויקטים בכיתה: תכנון ושיתוף – שלבי תכנון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הגדרת מטרה ברורה לפרויקט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שכל אחד יתרום לפי היכולת שלו וכולם יהיו שותפים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פרויקטים בכיתה: תכנון ושיתוף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לוח זמנים קובע תאריכי יעד לכל שלב בעבודה, כך שהקבוצה לא מפספסת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בלי מטרה ברורה קשה לדעת מה בדיוק רוצים להשיג ואיך לבדוק שהצליחו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פרויקטים בכיתה: תכנון ושיתוף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תפקיד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פרויקטים בכיתה: תכנון ושיתוף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(לקבוע מה רוצים להשיג בפרויקט)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(להחליט מי אחראי על כל חלק בעבודה)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(לקבוע מתי כל שלב צריך להיות מוכן)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(להציג את העבודה לכיתה או לשלוח קישור לצפייה)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חיפוש, סינון ומיון מידע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לחפש, לסנן, להגריל ולשמור כמועדפים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שהפריט הוא מועדף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מילון מילים חדשות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צריך לשלוח קישור חדש כדי שיראו את העדכון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להראות הבנה שסיווג הוא ארגון קבוע לפי קטגוריה, וסינון הוא בחירה זמנית לפי תנאי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שההסברים ברורים, קצרים ונכונים, והמשפט מדגים שימוש נכון במילה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שיש מטרה ברורה, לפחות שלוש משימות וסדר הגיוני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פרקים 1-2, פרקים 3-4, פרקים 5-6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מילים או מונחים מוכנה לבחירה במקום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משימה של יצירת קטגוריה חדשה משלהם עם חמישה פריטים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בשיתוף בכיתה של דוגמה אחת שכל תלמיד/ה כתב/ה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חי: בונים מאגר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שישה פרקים קצרים. בכל פרק תרגול על נושא אחר. קראו, כתבו תשובות, ותנו דוגמה משלכם.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מסודר של פריטים לפי 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חלוקה לקבוצות לפי מאפיין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סינון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פריטים לפי תנאי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מועדפים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פריטים שסימנו כחשובים או אהובים במיוחד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 נפשי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ולהתאושש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המילים שאדם מכיר ומשתמש בהן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או ביטוי בעלי משמעות מוגדרת בתחום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תחביר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 בניית המשפט בשפה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מתוכננת עם מטרה ושלבים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קטגוריה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שאליה משייכים פריטים דומים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ספרייה כיתתית: סיווג וארגון ספרים – הכרת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ספרים יש בדוגמה?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לעשות עם הספרים?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לחפש 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להגריל 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לסמן כמועדף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התשובות נכונות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ספרייה כיתתית: סיווג וארגון ספרים – עובדות 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לחפש ולסנן פריטים בספרייה הכיתתית במגילון.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שהספרייה תעבוד חייבים שרת מיוחד ברשת.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ספרייה כיתתית: סיווג וארגון ספרים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בספרייה הכיתתית אפשר לשמור ספרים אהובים בעזרת סימון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ספרייה כיתתית: סיווג וארגון ספרים – התאמת שדות סיווג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לדוגמה: ג'יי קיי רולינג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לדוגמה: ספרות מתורגמת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לדוגמה: י-15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גיל 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לדוגמה: הארי פוטר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קטגוריה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לדוגמה: פנטזיה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מילון מילים חדשות לעולים – הכרות עם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מילים יש בדוגמה של המילון?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המילון הזה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לתרגם מילים לאנגלית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לעולים חדשים ללמוד מילים בעברית עם הסבר ומשפט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ציונים בלשון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משחקי 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מילון מילים חדשות לעולים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מילה במילון כדאי לכתוב גם הסבר קצר וגם משפט לדוגמה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המילון מיועד רק למורים ואסור לתלמידים להשתמש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מילון מילים חדשות לעולים – התאמה ומילוי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שעוזר לאזרחים בכסף ובזכויות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ותק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הגוף שמנהל את העיר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ביטוח 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שבו לומדים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כמה זמן מישהו גר במקום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מילון מילים חדשות לעולים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לזכור מילה חדשה טוב לכתוב לה הסבר קצר ולהשתמש בה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חדשה שלומדים כדאי לרשום יחד עם הסבר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ארגז כלים לחוסן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חוסן נפשי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היכולת לזהות רגש ולהרגיע את 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גמישות מחשבתית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חיפוש פתרונות מעשיים למצב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ויסות רגשי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עזרה ועידוד מחברים או מבני המשפחה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תמיכה חברתית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היכולת להתמודד עם קשיים ולחזור לתפקוד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פתרון בעיות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תכונות וכישורים שעוזרים להתמודד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חוזקות אישיות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היכולת לראות מצב מכמה זוויות ולשנות דרך חשיבה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ארגז כלים לחוסן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עמוקה יכולה לעזור להירגע לפני 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גמישות מחשבתית פירושה להישאר תמיד באותה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תמיכה חברתית אינה נחשבת לכלי לחוסן נפשי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נפשי אומר שלעולם לא מרגישים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ארגז כלים לחוסן – חושבים ומיישמים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יומיומי בבית הספר שבו אפשר להשתמש בכלי פתרון בעיות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כלים מארגז הכלים לחוסן והסבירו איך הם יכולים לעזור זה לזה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עידוד עצמי שיכול לשמש כלי לחוסן נפשי במצב של כישלון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כדאי לארגן מושגי חוסן נפשי ככלים בארגז אחד ולא כרשימה רגילה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מונחי לשון ותחביר – הכרת מונחים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שמתארת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נשוא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שמחברת בין מילים במשפט, כגון על, עם, 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או מה שעליו מספרים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שמספרים על הנושא, לרוב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מילת יחס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שמציינת אדם, חיה, חפץ או מושג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מונחי לשון ותחביר – זיהוי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הנושא במשפט: הילדה קראה ספר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הנשוא במשפט: הכלב רץ מהר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הבאות היא מילת יחס?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מונחי לשון ותחביר – השלמת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מילה שמתארת שם עצם נקראת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"השמש זורחת בבוקר", המילה "זורחת" היא ה__________ של המשפט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מונחי לשון ותחביר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"הילד אוכל תפוח", המילה "תפוח" היא הנושא של המשפט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פרויקטים בכיתה: תכנון ושיתוף – שלבי תכנון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מתחילים כשבונים פרויקט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הגדרת מטרה ברורה לפרויקט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חלוקת ציונים בין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בחירת צבע לכרזה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הדפסת דפים ריקים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היתרון בחלוקת עבודה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שכל אחד יתרום לפי היכולת שלו וכולם יהיו שותפים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שרק תלמיד אחד יעבוד על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לסיים מהר בלי לבדוק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להימנע משיתוף פעולה בין חברי הקבוצה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פרויקטים בכיתה: תכנון ושיתוף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זמנים בפרויקט עוזר לדעת מתי צריך לסיים כל 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לתכנן פרויקט כיתתי בלי להגדיר מטרה, כי זה לא ממש משנה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פרויקטים בכיתה: תכנון ושיתוף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שמתחילים לעבוד על פרויקט כדאי להגדיר __________ ברורה שתנחה את כל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שכולם בקבוצה ידעו למה הם אחראים, רושמים לכל חבר __________ מוגדר בפרויקט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פרויקטים בכיתה: תכנון ושיתוף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הגדרת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לקבוע מתי כל שלב צריך להיות מוכן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חלוקת 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להציג את העבודה לכיתה או לשלוח קישור לצפייה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לוח זמנים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לקבוע מה רוצים להשיג בפרויקט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שיתוף התוצר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להחליט מי אחראי על כל חלק בעבודה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חיפוש, סינון ומיון מידע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פעולות אפשר לעשות עם הפריטים במגילון?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לקרוא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לחפש, לסנן, להגריל ולשמור כמועדפים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למחוק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להדפיס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מתכוון סימן הכוכב?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שהפריט נמחק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שהפריט הוא מועדף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שהפריט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שהפריט שגוי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פריטים יש בתבנית הספרים?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תבנית קשורה למילים חדשות?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ארגז כלים לחוסן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מילים חדשות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פרויקטים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מונחי לשון ותחביר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צריך לעשות אחרי שמוסיפים פריטים חדשים?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התלמידים רואים אותם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לשלוח קישור חדש כדי שיראו את העדכון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הפריטים נמחקים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להוסיף פריטים נוספים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ההבדל בין סיווג לסינון?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לכתוב שלוש מילים חדשות עם הסבר קצר לכל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מסוגל/ת לתכנן שלבי פרויקט קצר מתחילתו ועד סופו?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מגילון חי: בונים מאגר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