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בונים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סוגי התוכן שאפשר לארגן במאגר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סיווג, חיפוש וסינון מידע בצורה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ומונחים בתחומי לשון, חוסן וקליטת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פרויקט כיתתי קצר משלב רעיון ועד 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ספרייה כיתתית: סיווג וארגון ספרים – הכרת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14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כל התשובות נכונות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ספרייה כיתתית: סיווג וארגון ספרים – 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המגילון מאפשר חיפוש וסינון של כל הפריטים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המגילון נשמר בדפדפן בלבד, ללא שרת או התחברות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ספרייה כיתתית: סיווג וארגון ספרים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מועדפים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ספרייה כיתתית: סיווג וארגון ספרים – התאמת שדות סיווג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(לדוגמה: הארי פוטר)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(לדוגמה: ג'יי קיי רולינג)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(לדוגמה: פנטזיה)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(לדוגמה: י-15)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(לדוגמה: ספרות מתורגמת)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מילון מילים חדשות לעולים – הכרות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לעולים חדשים ללמוד מילים בעברית עם הסבר ומשפט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מילון מילים חדשות לעולים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קל יותר להבין ולזכור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הוא כלי כיתתי שהתלמידים מחפשים בו ומשתמשים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מילון מילים חדשות לעולים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שבו לומדים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זמן מישהו גר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שעוזר לאזרחים בכסף ובזכויות)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(הגוף שמנהל את העיר)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מילון מילים חדשות לעולים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ארגז כלים לחוסן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(היכולת להתמודד עם קשיים ולחזור לתפקוד)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(היכולת לראות מצב מכמה זוויות ולשנות דרך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(היכולת לזהות רגש ולהרגיע את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(עזרה ועידוד מחברים או מבני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(חיפוש פתרונות מעשיים למצב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(תכונות וכישורים שעוזרים להתמודד)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ארגז כלים לחוסן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נשימה איטית מאטה את הדופק ומסייעת בוויסות 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גמישות מחשבתית היא היכולת לשנות נקודת מבט ולהתאים את החשיבה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תמיכה חברתית היא אחד הכלים המרכזיים בארגז הכלים לחוסן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חוסן נפשי הוא היכולת להתמודד עם קושי, לא להיעלם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ארגז כלים לחוסן – חושבים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ריאלי והסבר כיצד בוחרים פתרון מעשי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המחבר בין שני מושגים, לדוגמה ויסות רגשי וגמישות מחשבתית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חיובי ותומך, לדוגמה אני יכול או יכולה ללמוד מהטעות ולהשתפר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שמדגיש נגישות, שימוש מהיר ומציאת הכלי המתאים לרגע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מונחי לשון ותחביר – הכרת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או מה שעליו מספרים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שמספרים על הנושא, לרוב 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(מילה שמציינת אדם, חיה, חפץ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שמתארת 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(מילה שמחברת בין מילים במשפט, כגון על, עם, 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מונחי לשון ותחביר – זיהוי בתוך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מונחי לשון ותחביר – השלמת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מונחי לשון ותחביר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תפוח הוא מושא; הנושא הוא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פרויקטים בכיתה: תכנון ושיתוף – שלבי תכנון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הגדרת מטרה ברורה לפרויקט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שכל אחד יתרום לפי היכולת שלו וכולם יהיו 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פרויקטים בכיתה: תכנון ושיתוף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לוח זמנים קובע תאריכי יעד לכל שלב בעבודה, כך שהקבוצה לא מפספסת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מטרה ברורה קשה לדעת מה בדיוק רוצים להשיג ואיך לבדוק שהצליחו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פרויקטים בכיתה: תכנון ושיתוף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פרויקטים בכיתה: תכנון ושיתוף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(לקבוע מה רוצים להשיג בפרויקט)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(להחליט מי אחראי על כל חלק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(לקבוע מתי כל שלב צריך להיות מוכן)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(להציג את העבודה לכיתה או לשלוח קישור לצפייה)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חיפוש, סינון ומיון מידע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לחפש, לסנן, להגריל ולשמור כמועדפים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שהפריט הוא מועדף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צריך לשלוח קישור חדש כדי שיראו את העדכון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להראות הבנה שסיווג הוא ארגון קבוע לפי קטגוריה, וסינון הוא בחירה זמנית לפי תנאי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שההסברים ברורים, קצרים ונכונים, והמשפט מדגים שימוש נכון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שיש מטרה ברורה, לפחות שלוש משימות וסדר הגיוני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פרקים 1-2, פרקים 3-4, פרקים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או מונחים מוכנה לבחירה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משימה של יצירת קטגוריה חדשה משלהם עם חמישה 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בשיתוף בכיתה של דוגמה אחת שכל תלמיד/ה כתב/ה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בונים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פרקים, כל אחד מתמקד בסוג תוכן אחר שאפשר לארגן במאגר כיתתי. עברו על הפרקים לפי הסדר, מלאו את התרגילים בכתב, והשתדלו לתת דוגמאות משלכם בכל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ספרייה כיתתית: סיווג וארגון ספרים – הכרת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פריטים יש בדוגמת הספרייה הכיתתית באתר מגילון 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פעולות אפשר לבצע עם הספרים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להגריל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לסמן כמועדף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התשובות נכונות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ספרייה כיתתית: סיווג וארגון ספרים – 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לחפש ולסנן פריטים בספרייה הכיתתית במגילון.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שהספרייה תעבוד חייבים שרת מיוחד ברשת.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ספרייה כיתתית: סיווג וארגון ספרים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בספרייה הכיתתית אפשר לשמור ספרים אהובים בעזרת סימון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ספרייה כיתתית: סיווג וארגון ספרים – התאמת שדות 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לדוגמה: י-15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לדוגמה: ספרות מתורגמת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לדוגמה: הארי פוטר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גיל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לדוגמה: פנטזיה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קטגוריה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לדוגמה: ג'יי קיי רולינג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מילון מילים חדשות לעולים – הכרות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פריטים לדוגמה מופיעים במילון המילים החדשות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מילון המילים החדשות לעולים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לתרגם מילים לאנגלית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לעולים חדשים ללמוד מילים בעברית עם הסבר ומשפט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ציונים בלשון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מילון מילים חדשות לעולים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מילה במילון כדאי לכתוב גם הסבר קצר וגם משפט לדוגמה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מיועד רק למורים ואסור לתלמידים להשתמש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מילון מילים חדשות לעולים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שעוזר לאזרחים בכסף ובזכויות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לומדים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ביטוח 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הגוף שמנהל את העיר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זמן מישהו גר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מילון מילים חדשות לעולים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לזכור מילה חדשה טוב לכתוב לה הסבר קצר ולהשתמש 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חדשה שלומדים כדאי לרשום יחד עם הסבר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ארגז כלים לחוסן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 נפשי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חיפוש פתרונות מעשיים למצב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גמישות מחשבתית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תכונות וכישורים שעוזרים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ויסות רגשי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היכולת להתמודד עם קשיים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תמיכה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לראות מצב מכמה זוויות ולשנות דרך 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פתרון בעיות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עזרה ועידוד מחברים או מבני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חוזקות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היכולת לזהות רגש ולהרגיע את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ארגז כלים לחוסן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להירגע לפני 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גמישות מחשבתית פירושה להישאר תמיד באותה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תמיכה חברתית אינה נחשבת לכלי לחוסן נפשי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אומר שלעולם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ארגז כלים לחוסן – חושבים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יומיומי בבית הספר שבו אפשר להשתמש בכלי פתרון בעיות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כלים מארגז הכלים לחוסן והסבירו איך הם יכולים לעזור זה לזה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עידוד עצמי שיכול לשמש כלי לחוסן נפשי במצב של כישלון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כדאי לארגן מושגי חוסן נפשי ככלים בארגז אחד ולא כרשימה רגילה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מונחי לשון ותחביר – הכרת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או מה שעליו מספרים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שמחברת בין מילים במשפט, כגון על, עם, 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שמספרים על הנושא, לרוב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אדם, חיה, חפץ או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מונחי לשון ותחביר – זיהוי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הנושא במשפט: הילדה קראה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הנשוא במשפט: הכלב רץ מהר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מונחי לשון ותחביר – השלמת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שמתארת שם עצם נקראת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"השמש זורחת בבוקר", המילה "זורחת" היא ה__________ של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מונחי לשון ותחביר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"הילד אוכל תפוח", המילה "תפוח" היא הנושא של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פרויקטים בכיתה: תכנון ושיתוף – שלבי תכנון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השלב הראשון בתכנון פרויקט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הגדרת מטרה ברורה לפרויקט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ציונים בין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צבע לכרזה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הדפסת דפים 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לחלק משימות בין חברי הקבוצה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אחד יתרום לפי היכולת שלו וכולם יהיו 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שרק תלמיד אחד יעבוד על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 בלי לבדוק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להימנע משיתוף פעולה בין חברי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פרויקטים בכיתה: תכנון ושיתוף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זמנים בפרויקט עוזר לדעת מתי צריך לסיים כל 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לתכנן פרויקט כיתתי בלי להגדיר מטרה, כי זה לא ממש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פרויקטים בכיתה: תכנון ושיתוף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שמתחילים לעבוד על פרויקט כדאי להגדיר __________ ברורה שתנחה את כל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שכולם בקבוצה ידעו למה הם אחראים, רושמים לכל חבר __________ מוגדר בפרויקט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פרויקטים בכיתה: תכנון ושיתוף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הגדרת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להחליט מי אחראי על כל חלק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להציג את העבודה לכיתה או לשלוח קישור לצפייה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 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לקבוע מה רוצים להשיג בפרויקט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שיתוף התוצר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לקבוע מתי כל שלב צריך להיות מוכן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חיפוש, סינון ומיון מידע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לעשות עם פריטים במגילון 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לקרוא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לחפש, לסנן, להגריל ולשמור כמועדפים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למחוק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להדפיס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מסמן הכוכב ⭐ ליד פריט?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שהפריט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שהפריט הוא מועדף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שהפריט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שהפריט שגוי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פריטי לדוגמה יש בתבנית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תבנית עוסקת במילים 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כשמוסיפים פריטים חדשים אחרי ששלחו קישור לתלמידים?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התלמידים רואים אותם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לשלוח קישור חדש כדי שיראו את העדכון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הפריטים נמחקים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להוסיף פריטים נוספים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סיווג לסינון?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שלוש מילים חדשות עם הסבר קצר לכל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מסוגל/ת לתכנן שלבי פרויקט קצר מתחילתו ועד 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חי: בונים מאגר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